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00DF" w14:textId="7CF1AFBA" w:rsidR="002D27E0" w:rsidRPr="00131212" w:rsidRDefault="00000000" w:rsidP="00131212">
      <w:pPr>
        <w:pStyle w:val="Citationintense"/>
        <w:ind w:left="0"/>
        <w:jc w:val="center"/>
        <w:rPr>
          <w:sz w:val="32"/>
          <w:szCs w:val="32"/>
        </w:rPr>
      </w:pPr>
      <w:r w:rsidRPr="00131212">
        <w:rPr>
          <w:sz w:val="32"/>
          <w:szCs w:val="32"/>
        </w:rPr>
        <w:t xml:space="preserve">Pandoro / Panettone – </w:t>
      </w:r>
      <w:proofErr w:type="spellStart"/>
      <w:r w:rsidRPr="00131212">
        <w:rPr>
          <w:sz w:val="32"/>
          <w:szCs w:val="32"/>
        </w:rPr>
        <w:t>Méthode</w:t>
      </w:r>
      <w:proofErr w:type="spellEnd"/>
      <w:r w:rsidRPr="00131212">
        <w:rPr>
          <w:sz w:val="32"/>
          <w:szCs w:val="32"/>
        </w:rPr>
        <w:t xml:space="preserve"> </w:t>
      </w:r>
      <w:proofErr w:type="spellStart"/>
      <w:r w:rsidRPr="00131212">
        <w:rPr>
          <w:sz w:val="32"/>
          <w:szCs w:val="32"/>
        </w:rPr>
        <w:t>optimisée</w:t>
      </w:r>
      <w:proofErr w:type="spellEnd"/>
      <w:r w:rsidR="00131212" w:rsidRPr="00131212">
        <w:rPr>
          <w:sz w:val="32"/>
          <w:szCs w:val="32"/>
        </w:rPr>
        <w:t xml:space="preserve"> – La Briocherie de Pascal</w:t>
      </w:r>
    </w:p>
    <w:p w14:paraId="32889350" w14:textId="276C2958" w:rsidR="00776DFE" w:rsidRDefault="002D27E0" w:rsidP="00776DFE">
      <w:pPr>
        <w:pStyle w:val="Citationintense"/>
        <w:ind w:left="0"/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782D44" wp14:editId="3A6A9BC1">
                <wp:simplePos x="0" y="0"/>
                <wp:positionH relativeFrom="column">
                  <wp:posOffset>1981200</wp:posOffset>
                </wp:positionH>
                <wp:positionV relativeFrom="paragraph">
                  <wp:posOffset>137795</wp:posOffset>
                </wp:positionV>
                <wp:extent cx="4895850" cy="116205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6B0D1" w14:textId="2A098D6B" w:rsidR="007E4387" w:rsidRPr="007E4387" w:rsidRDefault="007E4387" w:rsidP="007E4387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La Briocherie de Pascal vous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dévoile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vraie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recette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du Pandoro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traditionnel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italien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une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brioche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artisanale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à fermentation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maîtrisée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, à la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mie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filante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et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fondante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. Cette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méthode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professionnelle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respecte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les temps, les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gestes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et la structure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nécessaires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pour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obtenir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un pandoro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authentique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fidèle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 xml:space="preserve"> à la tradition </w:t>
                            </w:r>
                            <w:proofErr w:type="spellStart"/>
                            <w:r w:rsidRPr="007E4387">
                              <w:rPr>
                                <w:sz w:val="24"/>
                                <w:szCs w:val="24"/>
                              </w:rPr>
                              <w:t>italienne</w:t>
                            </w:r>
                            <w:proofErr w:type="spellEnd"/>
                            <w:r w:rsidRPr="007E4387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B938B33" w14:textId="77777777" w:rsidR="007E4387" w:rsidRDefault="007E438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82D4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6pt;margin-top:10.85pt;width:385.5pt;height:9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">
                <v:textbox>
                  <w:txbxContent>
                    <w:p w14:paraId="32A6B0D1" w14:textId="2A098D6B" w:rsidR="007E4387" w:rsidRPr="007E4387" w:rsidRDefault="007E4387" w:rsidP="007E4387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7E4387">
                        <w:rPr>
                          <w:sz w:val="24"/>
                          <w:szCs w:val="24"/>
                        </w:rPr>
                        <w:t xml:space="preserve">La Briocherie de Pascal vous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dévoile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vraie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recette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du Pandoro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traditionnel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italien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une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brioche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artisanale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à fermentation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maîtrisée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, à la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mie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filante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et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fondante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. Cette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méthode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professionnelle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respecte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les temps, les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gestes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et la structure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nécessaires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pour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obtenir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un pandoro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authentique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fidèle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 xml:space="preserve"> à la tradition </w:t>
                      </w:r>
                      <w:proofErr w:type="spellStart"/>
                      <w:r w:rsidRPr="007E4387">
                        <w:rPr>
                          <w:sz w:val="24"/>
                          <w:szCs w:val="24"/>
                        </w:rPr>
                        <w:t>italienne</w:t>
                      </w:r>
                      <w:proofErr w:type="spellEnd"/>
                      <w:r w:rsidRPr="007E4387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B938B33" w14:textId="77777777" w:rsidR="007E4387" w:rsidRDefault="007E4387"/>
                  </w:txbxContent>
                </v:textbox>
                <w10:wrap type="square"/>
              </v:shape>
            </w:pict>
          </mc:Fallback>
        </mc:AlternateContent>
      </w:r>
      <w:r w:rsidR="007E4387">
        <w:rPr>
          <w:noProof/>
        </w:rPr>
        <w:drawing>
          <wp:inline distT="0" distB="0" distL="0" distR="0" wp14:anchorId="23A5A3D2" wp14:editId="58646946">
            <wp:extent cx="1581150" cy="1581150"/>
            <wp:effectExtent l="0" t="0" r="0" b="0"/>
            <wp:docPr id="959920365" name="Image 1" descr="Une image contenant nourriture, produits de boulangerie, dessert, intéri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920365" name="Image 1" descr="Une image contenant nourriture, produits de boulangerie, dessert, intérieur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776DFE" w14:paraId="0E57ACA3" w14:textId="77777777" w:rsidTr="00776DFE">
        <w:tc>
          <w:tcPr>
            <w:tcW w:w="2158" w:type="dxa"/>
          </w:tcPr>
          <w:p w14:paraId="6B660BB3" w14:textId="5BFDF6C2" w:rsidR="00776DFE" w:rsidRPr="00776DFE" w:rsidRDefault="00776DFE" w:rsidP="00776DFE">
            <w:pPr>
              <w:jc w:val="center"/>
              <w:rPr>
                <w:b/>
                <w:bCs/>
              </w:rPr>
            </w:pPr>
            <w:proofErr w:type="spellStart"/>
            <w:r w:rsidRPr="00776DFE">
              <w:rPr>
                <w:b/>
                <w:bCs/>
              </w:rPr>
              <w:t>Ingrédients</w:t>
            </w:r>
            <w:proofErr w:type="spellEnd"/>
          </w:p>
        </w:tc>
        <w:tc>
          <w:tcPr>
            <w:tcW w:w="2158" w:type="dxa"/>
          </w:tcPr>
          <w:p w14:paraId="44DBBAA1" w14:textId="3B2AF14C" w:rsidR="00776DFE" w:rsidRPr="00776DFE" w:rsidRDefault="00776DFE" w:rsidP="00776DFE">
            <w:pPr>
              <w:jc w:val="center"/>
              <w:rPr>
                <w:b/>
                <w:bCs/>
              </w:rPr>
            </w:pPr>
            <w:r w:rsidRPr="00776DFE">
              <w:rPr>
                <w:b/>
                <w:bCs/>
              </w:rPr>
              <w:t xml:space="preserve">Total </w:t>
            </w:r>
            <w:proofErr w:type="spellStart"/>
            <w:r w:rsidRPr="00776DFE">
              <w:rPr>
                <w:b/>
                <w:bCs/>
              </w:rPr>
              <w:t>Recette</w:t>
            </w:r>
            <w:proofErr w:type="spellEnd"/>
          </w:p>
        </w:tc>
        <w:tc>
          <w:tcPr>
            <w:tcW w:w="2158" w:type="dxa"/>
          </w:tcPr>
          <w:p w14:paraId="3C937BD8" w14:textId="1CCFA327" w:rsidR="00776DFE" w:rsidRPr="00776DFE" w:rsidRDefault="00776DFE" w:rsidP="00776DFE">
            <w:pPr>
              <w:jc w:val="center"/>
              <w:rPr>
                <w:b/>
                <w:bCs/>
              </w:rPr>
            </w:pPr>
            <w:r w:rsidRPr="00776DFE">
              <w:rPr>
                <w:b/>
                <w:bCs/>
              </w:rPr>
              <w:t>Levain (étape1)</w:t>
            </w:r>
          </w:p>
        </w:tc>
        <w:tc>
          <w:tcPr>
            <w:tcW w:w="2158" w:type="dxa"/>
          </w:tcPr>
          <w:p w14:paraId="0102E0A5" w14:textId="70AEEEAD" w:rsidR="00776DFE" w:rsidRPr="00776DFE" w:rsidRDefault="00776DFE" w:rsidP="00776DFE">
            <w:pPr>
              <w:jc w:val="center"/>
              <w:rPr>
                <w:b/>
                <w:bCs/>
              </w:rPr>
            </w:pPr>
            <w:r w:rsidRPr="00776DFE">
              <w:rPr>
                <w:b/>
                <w:bCs/>
              </w:rPr>
              <w:t>Première pâte</w:t>
            </w:r>
          </w:p>
        </w:tc>
        <w:tc>
          <w:tcPr>
            <w:tcW w:w="2158" w:type="dxa"/>
          </w:tcPr>
          <w:p w14:paraId="6670BEE1" w14:textId="10A5971A" w:rsidR="00776DFE" w:rsidRPr="00776DFE" w:rsidRDefault="00776DFE" w:rsidP="00776DFE">
            <w:pPr>
              <w:jc w:val="center"/>
              <w:rPr>
                <w:b/>
                <w:bCs/>
              </w:rPr>
            </w:pPr>
            <w:r w:rsidRPr="00776DFE">
              <w:rPr>
                <w:b/>
                <w:bCs/>
              </w:rPr>
              <w:t>Deuxième pâte</w:t>
            </w:r>
          </w:p>
        </w:tc>
      </w:tr>
      <w:tr w:rsidR="00776DFE" w14:paraId="64D354E7" w14:textId="77777777" w:rsidTr="00776DFE">
        <w:tc>
          <w:tcPr>
            <w:tcW w:w="2158" w:type="dxa"/>
          </w:tcPr>
          <w:p w14:paraId="6BFD36D3" w14:textId="41335AE4" w:rsidR="00776DFE" w:rsidRPr="00776DFE" w:rsidRDefault="00776DFE" w:rsidP="00776D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Levain </w:t>
            </w:r>
            <w:r w:rsidR="008315C5">
              <w:rPr>
                <w:b/>
                <w:bCs/>
              </w:rPr>
              <w:t>étape</w:t>
            </w:r>
            <w:r>
              <w:rPr>
                <w:b/>
                <w:bCs/>
              </w:rPr>
              <w:t>1</w:t>
            </w:r>
          </w:p>
        </w:tc>
        <w:tc>
          <w:tcPr>
            <w:tcW w:w="2158" w:type="dxa"/>
          </w:tcPr>
          <w:p w14:paraId="6C2D307D" w14:textId="77777777" w:rsidR="00776DFE" w:rsidRPr="00776DFE" w:rsidRDefault="00776DFE" w:rsidP="00776DFE">
            <w:pPr>
              <w:jc w:val="center"/>
              <w:rPr>
                <w:b/>
                <w:bCs/>
              </w:rPr>
            </w:pPr>
          </w:p>
        </w:tc>
        <w:tc>
          <w:tcPr>
            <w:tcW w:w="2158" w:type="dxa"/>
          </w:tcPr>
          <w:p w14:paraId="1CAA24B9" w14:textId="5DDDFC1E" w:rsidR="00776DFE" w:rsidRPr="00776DFE" w:rsidRDefault="00776DFE" w:rsidP="00776DFE">
            <w:pPr>
              <w:jc w:val="center"/>
              <w:rPr>
                <w:b/>
                <w:bCs/>
              </w:rPr>
            </w:pPr>
          </w:p>
        </w:tc>
        <w:tc>
          <w:tcPr>
            <w:tcW w:w="2158" w:type="dxa"/>
          </w:tcPr>
          <w:p w14:paraId="464F83AE" w14:textId="0B41D1DB" w:rsidR="00776DFE" w:rsidRPr="00776DFE" w:rsidRDefault="00776DFE" w:rsidP="00776DF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Totalité</w:t>
            </w:r>
            <w:proofErr w:type="spellEnd"/>
          </w:p>
        </w:tc>
        <w:tc>
          <w:tcPr>
            <w:tcW w:w="2158" w:type="dxa"/>
          </w:tcPr>
          <w:p w14:paraId="737B8612" w14:textId="77777777" w:rsidR="00776DFE" w:rsidRPr="00776DFE" w:rsidRDefault="00776DFE" w:rsidP="00776DFE">
            <w:pPr>
              <w:jc w:val="center"/>
              <w:rPr>
                <w:b/>
                <w:bCs/>
              </w:rPr>
            </w:pPr>
          </w:p>
        </w:tc>
      </w:tr>
      <w:tr w:rsidR="00776DFE" w14:paraId="3DD29B37" w14:textId="77777777" w:rsidTr="00776DFE">
        <w:tc>
          <w:tcPr>
            <w:tcW w:w="2158" w:type="dxa"/>
          </w:tcPr>
          <w:p w14:paraId="7E43B89A" w14:textId="5EB3D191" w:rsidR="00776DFE" w:rsidRDefault="008315C5" w:rsidP="00776D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8916FB">
              <w:rPr>
                <w:b/>
                <w:bCs/>
              </w:rPr>
              <w:t>remière pâte</w:t>
            </w:r>
          </w:p>
        </w:tc>
        <w:tc>
          <w:tcPr>
            <w:tcW w:w="2158" w:type="dxa"/>
          </w:tcPr>
          <w:p w14:paraId="070DF3B8" w14:textId="77777777" w:rsidR="00776DFE" w:rsidRPr="00776DFE" w:rsidRDefault="00776DFE" w:rsidP="00776DFE">
            <w:pPr>
              <w:jc w:val="center"/>
              <w:rPr>
                <w:b/>
                <w:bCs/>
              </w:rPr>
            </w:pPr>
          </w:p>
        </w:tc>
        <w:tc>
          <w:tcPr>
            <w:tcW w:w="2158" w:type="dxa"/>
          </w:tcPr>
          <w:p w14:paraId="3D4B9DF4" w14:textId="77777777" w:rsidR="00776DFE" w:rsidRPr="00776DFE" w:rsidRDefault="00776DFE" w:rsidP="00776DFE">
            <w:pPr>
              <w:jc w:val="center"/>
              <w:rPr>
                <w:b/>
                <w:bCs/>
              </w:rPr>
            </w:pPr>
          </w:p>
        </w:tc>
        <w:tc>
          <w:tcPr>
            <w:tcW w:w="2158" w:type="dxa"/>
          </w:tcPr>
          <w:p w14:paraId="18F777C1" w14:textId="77777777" w:rsidR="00776DFE" w:rsidRDefault="00776DFE" w:rsidP="00776DFE">
            <w:pPr>
              <w:jc w:val="center"/>
              <w:rPr>
                <w:b/>
                <w:bCs/>
              </w:rPr>
            </w:pPr>
          </w:p>
        </w:tc>
        <w:tc>
          <w:tcPr>
            <w:tcW w:w="2158" w:type="dxa"/>
          </w:tcPr>
          <w:p w14:paraId="68B9DFFB" w14:textId="038BFD11" w:rsidR="00776DFE" w:rsidRPr="00776DFE" w:rsidRDefault="00776DFE" w:rsidP="00776DFE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Totalité</w:t>
            </w:r>
            <w:proofErr w:type="spellEnd"/>
          </w:p>
        </w:tc>
      </w:tr>
      <w:tr w:rsidR="00776DFE" w14:paraId="4C54DDBB" w14:textId="77777777" w:rsidTr="00776DFE">
        <w:tc>
          <w:tcPr>
            <w:tcW w:w="2158" w:type="dxa"/>
          </w:tcPr>
          <w:p w14:paraId="5486A18F" w14:textId="1155EBE3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>Farine Caputo Oro</w:t>
            </w:r>
          </w:p>
        </w:tc>
        <w:tc>
          <w:tcPr>
            <w:tcW w:w="2158" w:type="dxa"/>
          </w:tcPr>
          <w:p w14:paraId="4BF0DB91" w14:textId="5EC88690" w:rsidR="00776DFE" w:rsidRDefault="00776DFE" w:rsidP="00776DFE">
            <w:pPr>
              <w:jc w:val="center"/>
            </w:pPr>
            <w:r>
              <w:t>350g</w:t>
            </w:r>
          </w:p>
        </w:tc>
        <w:tc>
          <w:tcPr>
            <w:tcW w:w="2158" w:type="dxa"/>
          </w:tcPr>
          <w:p w14:paraId="722423BD" w14:textId="49201585" w:rsidR="00776DFE" w:rsidRDefault="00776DFE" w:rsidP="00776DFE">
            <w:pPr>
              <w:jc w:val="center"/>
            </w:pPr>
            <w:r>
              <w:t>100g</w:t>
            </w:r>
          </w:p>
        </w:tc>
        <w:tc>
          <w:tcPr>
            <w:tcW w:w="2158" w:type="dxa"/>
          </w:tcPr>
          <w:p w14:paraId="6F7BF03C" w14:textId="653A16A9" w:rsidR="00776DFE" w:rsidRDefault="00776DFE" w:rsidP="00776DFE">
            <w:pPr>
              <w:jc w:val="center"/>
            </w:pPr>
            <w:r>
              <w:t>150g</w:t>
            </w:r>
          </w:p>
        </w:tc>
        <w:tc>
          <w:tcPr>
            <w:tcW w:w="2158" w:type="dxa"/>
          </w:tcPr>
          <w:p w14:paraId="00BC2144" w14:textId="2D4F6B66" w:rsidR="00776DFE" w:rsidRDefault="00776DFE" w:rsidP="00776DFE">
            <w:pPr>
              <w:jc w:val="center"/>
            </w:pPr>
            <w:r>
              <w:t>100g</w:t>
            </w:r>
          </w:p>
        </w:tc>
      </w:tr>
      <w:tr w:rsidR="00776DFE" w14:paraId="145E9618" w14:textId="77777777" w:rsidTr="00776DFE">
        <w:tc>
          <w:tcPr>
            <w:tcW w:w="2158" w:type="dxa"/>
          </w:tcPr>
          <w:p w14:paraId="6ECB3955" w14:textId="3DD2569C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>Sucre</w:t>
            </w:r>
          </w:p>
        </w:tc>
        <w:tc>
          <w:tcPr>
            <w:tcW w:w="2158" w:type="dxa"/>
          </w:tcPr>
          <w:p w14:paraId="0563547D" w14:textId="545CD173" w:rsidR="00776DFE" w:rsidRDefault="00776DFE" w:rsidP="00776DFE">
            <w:pPr>
              <w:jc w:val="center"/>
            </w:pPr>
            <w:r>
              <w:t>110g</w:t>
            </w:r>
          </w:p>
        </w:tc>
        <w:tc>
          <w:tcPr>
            <w:tcW w:w="2158" w:type="dxa"/>
          </w:tcPr>
          <w:p w14:paraId="4EACF462" w14:textId="3126B919" w:rsidR="00776DFE" w:rsidRDefault="00776DFE" w:rsidP="00776DFE">
            <w:pPr>
              <w:jc w:val="center"/>
            </w:pPr>
            <w:r>
              <w:t>10g</w:t>
            </w:r>
          </w:p>
        </w:tc>
        <w:tc>
          <w:tcPr>
            <w:tcW w:w="2158" w:type="dxa"/>
          </w:tcPr>
          <w:p w14:paraId="5C283D8C" w14:textId="003D3D05" w:rsidR="00776DFE" w:rsidRDefault="00776DFE" w:rsidP="00776DFE">
            <w:pPr>
              <w:jc w:val="center"/>
            </w:pPr>
            <w:r>
              <w:t>40g</w:t>
            </w:r>
          </w:p>
        </w:tc>
        <w:tc>
          <w:tcPr>
            <w:tcW w:w="2158" w:type="dxa"/>
          </w:tcPr>
          <w:p w14:paraId="0ECE1DEC" w14:textId="2F91A1BA" w:rsidR="00776DFE" w:rsidRDefault="00776DFE" w:rsidP="00776DFE">
            <w:pPr>
              <w:jc w:val="center"/>
            </w:pPr>
            <w:r>
              <w:t>60g</w:t>
            </w:r>
          </w:p>
        </w:tc>
      </w:tr>
      <w:tr w:rsidR="00776DFE" w14:paraId="3AF4AF06" w14:textId="77777777" w:rsidTr="00776DFE">
        <w:tc>
          <w:tcPr>
            <w:tcW w:w="2158" w:type="dxa"/>
          </w:tcPr>
          <w:p w14:paraId="0BB0C268" w14:textId="07A13DB8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>Beurre</w:t>
            </w:r>
          </w:p>
        </w:tc>
        <w:tc>
          <w:tcPr>
            <w:tcW w:w="2158" w:type="dxa"/>
          </w:tcPr>
          <w:p w14:paraId="171EBF4A" w14:textId="081559ED" w:rsidR="00776DFE" w:rsidRDefault="00776DFE" w:rsidP="00776DFE">
            <w:pPr>
              <w:jc w:val="center"/>
            </w:pPr>
            <w:r>
              <w:t>140g</w:t>
            </w:r>
          </w:p>
        </w:tc>
        <w:tc>
          <w:tcPr>
            <w:tcW w:w="2158" w:type="dxa"/>
          </w:tcPr>
          <w:p w14:paraId="119D3381" w14:textId="77777777" w:rsidR="00776DFE" w:rsidRDefault="00776DFE" w:rsidP="00776DFE">
            <w:pPr>
              <w:jc w:val="center"/>
            </w:pPr>
          </w:p>
        </w:tc>
        <w:tc>
          <w:tcPr>
            <w:tcW w:w="2158" w:type="dxa"/>
          </w:tcPr>
          <w:p w14:paraId="56CDA97D" w14:textId="0662E124" w:rsidR="00776DFE" w:rsidRDefault="00776DFE" w:rsidP="00776DFE">
            <w:pPr>
              <w:jc w:val="center"/>
            </w:pPr>
            <w:r>
              <w:t>40g</w:t>
            </w:r>
          </w:p>
        </w:tc>
        <w:tc>
          <w:tcPr>
            <w:tcW w:w="2158" w:type="dxa"/>
          </w:tcPr>
          <w:p w14:paraId="2AEC0125" w14:textId="3137219C" w:rsidR="00776DFE" w:rsidRDefault="00776DFE" w:rsidP="00776DFE">
            <w:pPr>
              <w:jc w:val="center"/>
            </w:pPr>
            <w:r>
              <w:t>60g</w:t>
            </w:r>
          </w:p>
        </w:tc>
      </w:tr>
      <w:tr w:rsidR="00776DFE" w14:paraId="796E0378" w14:textId="77777777" w:rsidTr="00776DFE">
        <w:tc>
          <w:tcPr>
            <w:tcW w:w="2158" w:type="dxa"/>
          </w:tcPr>
          <w:p w14:paraId="57EB5710" w14:textId="4B0440A3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>Eau</w:t>
            </w:r>
          </w:p>
        </w:tc>
        <w:tc>
          <w:tcPr>
            <w:tcW w:w="2158" w:type="dxa"/>
          </w:tcPr>
          <w:p w14:paraId="7A77F180" w14:textId="4EC4CBDE" w:rsidR="00776DFE" w:rsidRDefault="00776DFE" w:rsidP="00776DFE">
            <w:pPr>
              <w:jc w:val="center"/>
            </w:pPr>
            <w:r>
              <w:t>1</w:t>
            </w:r>
            <w:r w:rsidR="00BD22D3">
              <w:t>20</w:t>
            </w:r>
            <w:r>
              <w:t>g</w:t>
            </w:r>
          </w:p>
        </w:tc>
        <w:tc>
          <w:tcPr>
            <w:tcW w:w="2158" w:type="dxa"/>
          </w:tcPr>
          <w:p w14:paraId="6678C2E5" w14:textId="1D16A49E" w:rsidR="00776DFE" w:rsidRDefault="00776DFE" w:rsidP="00776DFE">
            <w:pPr>
              <w:jc w:val="center"/>
            </w:pPr>
            <w:r>
              <w:t>45g</w:t>
            </w:r>
          </w:p>
        </w:tc>
        <w:tc>
          <w:tcPr>
            <w:tcW w:w="2158" w:type="dxa"/>
          </w:tcPr>
          <w:p w14:paraId="41D9ADB9" w14:textId="7A72C4D1" w:rsidR="00776DFE" w:rsidRDefault="00EA4D2F" w:rsidP="00776DFE">
            <w:pPr>
              <w:jc w:val="center"/>
            </w:pPr>
            <w:r>
              <w:t>35</w:t>
            </w:r>
            <w:r w:rsidR="00776DFE">
              <w:t>g</w:t>
            </w:r>
          </w:p>
        </w:tc>
        <w:tc>
          <w:tcPr>
            <w:tcW w:w="2158" w:type="dxa"/>
          </w:tcPr>
          <w:p w14:paraId="56EA6693" w14:textId="7929E07A" w:rsidR="00776DFE" w:rsidRDefault="00BD22D3" w:rsidP="00776DFE">
            <w:pPr>
              <w:jc w:val="center"/>
            </w:pPr>
            <w:r>
              <w:t>40</w:t>
            </w:r>
            <w:r w:rsidR="00EA4D2F">
              <w:t>g</w:t>
            </w:r>
          </w:p>
        </w:tc>
      </w:tr>
      <w:tr w:rsidR="00776DFE" w14:paraId="5D0A6F01" w14:textId="77777777" w:rsidTr="00776DFE">
        <w:tc>
          <w:tcPr>
            <w:tcW w:w="2158" w:type="dxa"/>
          </w:tcPr>
          <w:p w14:paraId="0C880C48" w14:textId="0A24F669" w:rsidR="00776DFE" w:rsidRPr="00776DFE" w:rsidRDefault="00776DFE" w:rsidP="00776DFE">
            <w:pPr>
              <w:rPr>
                <w:b/>
                <w:bCs/>
              </w:rPr>
            </w:pPr>
            <w:proofErr w:type="spellStart"/>
            <w:r w:rsidRPr="00776DFE">
              <w:rPr>
                <w:b/>
                <w:bCs/>
              </w:rPr>
              <w:t>Levure</w:t>
            </w:r>
            <w:proofErr w:type="spellEnd"/>
            <w:r w:rsidRPr="00776DFE">
              <w:rPr>
                <w:b/>
                <w:bCs/>
              </w:rPr>
              <w:t xml:space="preserve"> Fraiche</w:t>
            </w:r>
          </w:p>
        </w:tc>
        <w:tc>
          <w:tcPr>
            <w:tcW w:w="2158" w:type="dxa"/>
          </w:tcPr>
          <w:p w14:paraId="5A4BD908" w14:textId="4F5E503C" w:rsidR="00776DFE" w:rsidRDefault="00776DFE" w:rsidP="00776DFE">
            <w:pPr>
              <w:jc w:val="center"/>
            </w:pPr>
            <w:r>
              <w:t>3g</w:t>
            </w:r>
          </w:p>
        </w:tc>
        <w:tc>
          <w:tcPr>
            <w:tcW w:w="2158" w:type="dxa"/>
          </w:tcPr>
          <w:p w14:paraId="2AD1EE8F" w14:textId="48EA36C0" w:rsidR="00776DFE" w:rsidRDefault="00776DFE" w:rsidP="00776DFE">
            <w:pPr>
              <w:jc w:val="center"/>
            </w:pPr>
            <w:r>
              <w:t>3g</w:t>
            </w:r>
          </w:p>
        </w:tc>
        <w:tc>
          <w:tcPr>
            <w:tcW w:w="2158" w:type="dxa"/>
          </w:tcPr>
          <w:p w14:paraId="52B9B7F1" w14:textId="77777777" w:rsidR="00776DFE" w:rsidRDefault="00776DFE" w:rsidP="00776DFE">
            <w:pPr>
              <w:jc w:val="center"/>
            </w:pPr>
          </w:p>
        </w:tc>
        <w:tc>
          <w:tcPr>
            <w:tcW w:w="2158" w:type="dxa"/>
          </w:tcPr>
          <w:p w14:paraId="39D28A25" w14:textId="77777777" w:rsidR="00776DFE" w:rsidRDefault="00776DFE" w:rsidP="00776DFE">
            <w:pPr>
              <w:jc w:val="center"/>
            </w:pPr>
          </w:p>
        </w:tc>
      </w:tr>
      <w:tr w:rsidR="00776DFE" w14:paraId="237C4654" w14:textId="77777777" w:rsidTr="00776DFE">
        <w:tc>
          <w:tcPr>
            <w:tcW w:w="2158" w:type="dxa"/>
          </w:tcPr>
          <w:p w14:paraId="745150BA" w14:textId="6BECC988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 xml:space="preserve">Jaunes </w:t>
            </w:r>
            <w:proofErr w:type="spellStart"/>
            <w:r w:rsidRPr="00776DFE">
              <w:rPr>
                <w:b/>
                <w:bCs/>
              </w:rPr>
              <w:t>d’oeufs</w:t>
            </w:r>
            <w:proofErr w:type="spellEnd"/>
            <w:r w:rsidRPr="00776DFE">
              <w:rPr>
                <w:b/>
                <w:bCs/>
              </w:rPr>
              <w:t xml:space="preserve"> </w:t>
            </w:r>
          </w:p>
        </w:tc>
        <w:tc>
          <w:tcPr>
            <w:tcW w:w="2158" w:type="dxa"/>
          </w:tcPr>
          <w:p w14:paraId="6E92E7D4" w14:textId="1EC6A2F7" w:rsidR="00776DFE" w:rsidRDefault="00776DFE" w:rsidP="00776DFE">
            <w:pPr>
              <w:jc w:val="center"/>
            </w:pPr>
            <w:r>
              <w:t>110g</w:t>
            </w:r>
          </w:p>
        </w:tc>
        <w:tc>
          <w:tcPr>
            <w:tcW w:w="2158" w:type="dxa"/>
          </w:tcPr>
          <w:p w14:paraId="14D49E63" w14:textId="41915A11" w:rsidR="00776DFE" w:rsidRDefault="00776DFE" w:rsidP="00776DFE">
            <w:pPr>
              <w:jc w:val="center"/>
            </w:pPr>
            <w:r>
              <w:t>18g</w:t>
            </w:r>
          </w:p>
        </w:tc>
        <w:tc>
          <w:tcPr>
            <w:tcW w:w="2158" w:type="dxa"/>
          </w:tcPr>
          <w:p w14:paraId="3BCD04DF" w14:textId="7D787374" w:rsidR="00776DFE" w:rsidRDefault="00776DFE" w:rsidP="00776DFE">
            <w:pPr>
              <w:jc w:val="center"/>
            </w:pPr>
            <w:r>
              <w:t>37g</w:t>
            </w:r>
          </w:p>
        </w:tc>
        <w:tc>
          <w:tcPr>
            <w:tcW w:w="2158" w:type="dxa"/>
          </w:tcPr>
          <w:p w14:paraId="4340AEBC" w14:textId="35EDA895" w:rsidR="00776DFE" w:rsidRDefault="00776DFE" w:rsidP="00776DFE">
            <w:pPr>
              <w:jc w:val="center"/>
            </w:pPr>
            <w:r>
              <w:t>55g</w:t>
            </w:r>
          </w:p>
        </w:tc>
      </w:tr>
      <w:tr w:rsidR="00776DFE" w14:paraId="1C52BCF3" w14:textId="77777777" w:rsidTr="00776DFE">
        <w:tc>
          <w:tcPr>
            <w:tcW w:w="2158" w:type="dxa"/>
          </w:tcPr>
          <w:p w14:paraId="71A2CACC" w14:textId="148EC1B2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 xml:space="preserve">Oeuf </w:t>
            </w:r>
            <w:proofErr w:type="spellStart"/>
            <w:r w:rsidRPr="00776DFE">
              <w:rPr>
                <w:b/>
                <w:bCs/>
              </w:rPr>
              <w:t>entier</w:t>
            </w:r>
            <w:proofErr w:type="spellEnd"/>
          </w:p>
        </w:tc>
        <w:tc>
          <w:tcPr>
            <w:tcW w:w="2158" w:type="dxa"/>
          </w:tcPr>
          <w:p w14:paraId="0D4ADC7D" w14:textId="42392970" w:rsidR="00776DFE" w:rsidRDefault="00776DFE" w:rsidP="00776DFE">
            <w:pPr>
              <w:jc w:val="center"/>
            </w:pPr>
            <w:r>
              <w:t>60g</w:t>
            </w:r>
          </w:p>
        </w:tc>
        <w:tc>
          <w:tcPr>
            <w:tcW w:w="2158" w:type="dxa"/>
          </w:tcPr>
          <w:p w14:paraId="0BF95BF0" w14:textId="77777777" w:rsidR="00776DFE" w:rsidRDefault="00776DFE" w:rsidP="00776DFE"/>
        </w:tc>
        <w:tc>
          <w:tcPr>
            <w:tcW w:w="2158" w:type="dxa"/>
          </w:tcPr>
          <w:p w14:paraId="7848C653" w14:textId="0E1FD422" w:rsidR="00776DFE" w:rsidRDefault="00776DFE" w:rsidP="00776DFE">
            <w:pPr>
              <w:jc w:val="center"/>
            </w:pPr>
            <w:r>
              <w:t xml:space="preserve">60g </w:t>
            </w:r>
            <w:proofErr w:type="spellStart"/>
            <w:r>
              <w:t>totalité</w:t>
            </w:r>
            <w:proofErr w:type="spellEnd"/>
          </w:p>
        </w:tc>
        <w:tc>
          <w:tcPr>
            <w:tcW w:w="2158" w:type="dxa"/>
          </w:tcPr>
          <w:p w14:paraId="1AED4A94" w14:textId="77777777" w:rsidR="00776DFE" w:rsidRDefault="00776DFE" w:rsidP="00776DFE">
            <w:pPr>
              <w:jc w:val="center"/>
            </w:pPr>
          </w:p>
        </w:tc>
      </w:tr>
      <w:tr w:rsidR="00776DFE" w14:paraId="22F16C54" w14:textId="77777777" w:rsidTr="00776DFE">
        <w:trPr>
          <w:trHeight w:val="70"/>
        </w:trPr>
        <w:tc>
          <w:tcPr>
            <w:tcW w:w="2158" w:type="dxa"/>
          </w:tcPr>
          <w:p w14:paraId="2D277E0F" w14:textId="0CCCC539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>Sel</w:t>
            </w:r>
          </w:p>
        </w:tc>
        <w:tc>
          <w:tcPr>
            <w:tcW w:w="2158" w:type="dxa"/>
          </w:tcPr>
          <w:p w14:paraId="5F1BDFBC" w14:textId="210C1AC4" w:rsidR="00776DFE" w:rsidRDefault="00776DFE" w:rsidP="00776DFE">
            <w:pPr>
              <w:jc w:val="center"/>
            </w:pPr>
            <w:r>
              <w:t>6g</w:t>
            </w:r>
          </w:p>
        </w:tc>
        <w:tc>
          <w:tcPr>
            <w:tcW w:w="2158" w:type="dxa"/>
          </w:tcPr>
          <w:p w14:paraId="4B632AC7" w14:textId="77777777" w:rsidR="00776DFE" w:rsidRDefault="00776DFE" w:rsidP="00776DFE"/>
        </w:tc>
        <w:tc>
          <w:tcPr>
            <w:tcW w:w="2158" w:type="dxa"/>
          </w:tcPr>
          <w:p w14:paraId="366CFB52" w14:textId="77777777" w:rsidR="00776DFE" w:rsidRDefault="00776DFE" w:rsidP="00776DFE"/>
        </w:tc>
        <w:tc>
          <w:tcPr>
            <w:tcW w:w="2158" w:type="dxa"/>
          </w:tcPr>
          <w:p w14:paraId="0DF24944" w14:textId="5213520F" w:rsidR="00776DFE" w:rsidRDefault="00776DFE" w:rsidP="00776DFE">
            <w:pPr>
              <w:jc w:val="center"/>
            </w:pPr>
            <w:r>
              <w:t>6g</w:t>
            </w:r>
          </w:p>
        </w:tc>
      </w:tr>
      <w:tr w:rsidR="00776DFE" w14:paraId="15B61F16" w14:textId="77777777" w:rsidTr="00776DFE">
        <w:tc>
          <w:tcPr>
            <w:tcW w:w="2158" w:type="dxa"/>
          </w:tcPr>
          <w:p w14:paraId="22D595F4" w14:textId="6E2F03AC" w:rsidR="00776DFE" w:rsidRPr="00776DFE" w:rsidRDefault="00776DFE" w:rsidP="00776DFE">
            <w:pPr>
              <w:rPr>
                <w:b/>
                <w:bCs/>
              </w:rPr>
            </w:pPr>
            <w:r w:rsidRPr="00776DFE">
              <w:rPr>
                <w:b/>
                <w:bCs/>
              </w:rPr>
              <w:t>Vanille</w:t>
            </w:r>
          </w:p>
        </w:tc>
        <w:tc>
          <w:tcPr>
            <w:tcW w:w="2158" w:type="dxa"/>
          </w:tcPr>
          <w:p w14:paraId="76E67765" w14:textId="0060724B" w:rsidR="00776DFE" w:rsidRDefault="00776DFE" w:rsidP="00776DFE">
            <w:pPr>
              <w:jc w:val="center"/>
            </w:pPr>
            <w:r>
              <w:t>1g</w:t>
            </w:r>
          </w:p>
        </w:tc>
        <w:tc>
          <w:tcPr>
            <w:tcW w:w="2158" w:type="dxa"/>
          </w:tcPr>
          <w:p w14:paraId="027F6205" w14:textId="77777777" w:rsidR="00776DFE" w:rsidRDefault="00776DFE" w:rsidP="00776DFE"/>
        </w:tc>
        <w:tc>
          <w:tcPr>
            <w:tcW w:w="2158" w:type="dxa"/>
          </w:tcPr>
          <w:p w14:paraId="6BE004E6" w14:textId="77777777" w:rsidR="00776DFE" w:rsidRDefault="00776DFE" w:rsidP="00776DFE"/>
        </w:tc>
        <w:tc>
          <w:tcPr>
            <w:tcW w:w="2158" w:type="dxa"/>
          </w:tcPr>
          <w:p w14:paraId="0C28D669" w14:textId="4BC3BE4E" w:rsidR="00776DFE" w:rsidRDefault="00C43F3F" w:rsidP="00776DFE">
            <w:pPr>
              <w:jc w:val="center"/>
            </w:pPr>
            <w:r>
              <w:t>1g</w:t>
            </w:r>
          </w:p>
        </w:tc>
      </w:tr>
    </w:tbl>
    <w:p w14:paraId="359B7336" w14:textId="77777777" w:rsidR="00776DFE" w:rsidRPr="00776DFE" w:rsidRDefault="00776DFE" w:rsidP="00776DFE"/>
    <w:p w14:paraId="5BDE1CB4" w14:textId="3EF4B93D" w:rsidR="00A0019D" w:rsidRPr="007E4387" w:rsidRDefault="00000000">
      <w:pPr>
        <w:pStyle w:val="Titre2"/>
        <w:rPr>
          <w:sz w:val="32"/>
          <w:szCs w:val="32"/>
        </w:rPr>
      </w:pPr>
      <w:r w:rsidRPr="007E4387">
        <w:rPr>
          <w:sz w:val="32"/>
          <w:szCs w:val="32"/>
        </w:rPr>
        <w:t xml:space="preserve">Étape 1 – Levain: </w:t>
      </w:r>
      <w:proofErr w:type="spellStart"/>
      <w:r w:rsidRPr="007E4387">
        <w:rPr>
          <w:sz w:val="32"/>
          <w:szCs w:val="32"/>
        </w:rPr>
        <w:t>fondation</w:t>
      </w:r>
      <w:proofErr w:type="spellEnd"/>
      <w:r w:rsidRPr="007E4387">
        <w:rPr>
          <w:sz w:val="32"/>
          <w:szCs w:val="32"/>
        </w:rPr>
        <w:t xml:space="preserve"> </w:t>
      </w:r>
      <w:proofErr w:type="spellStart"/>
      <w:r w:rsidRPr="007E4387">
        <w:rPr>
          <w:sz w:val="32"/>
          <w:szCs w:val="32"/>
        </w:rPr>
        <w:t>aromatique</w:t>
      </w:r>
      <w:proofErr w:type="spellEnd"/>
    </w:p>
    <w:p w14:paraId="730002AC" w14:textId="77777777" w:rsidR="00A0019D" w:rsidRDefault="00000000">
      <w:proofErr w:type="gramStart"/>
      <w:r>
        <w:t>Objectif :</w:t>
      </w:r>
      <w:proofErr w:type="gramEnd"/>
      <w:r>
        <w:t xml:space="preserve"> obtenir un levain mûr et stable (volume ×3), prêt à renforcer la pâte suivante. Selon la température, la fermentation peut durer de 3 à 4 h (jusqu’à 8–10 h en conditions plus fraîches). Si le levain est prêt et que le planning impose une pause, il peut être placé au réfrigérateur afin de stopper la fermentation avant toute sur‑fermentation.</w:t>
      </w:r>
    </w:p>
    <w:p w14:paraId="62738628" w14:textId="77777777" w:rsidR="00A0019D" w:rsidRDefault="00000000">
      <w:pPr>
        <w:pStyle w:val="Titre3"/>
      </w:pPr>
      <w:r>
        <w:t>ÉTAPE 1.1 – Mélange du levain</w:t>
      </w:r>
    </w:p>
    <w:p w14:paraId="04EE882C" w14:textId="0C4FCB35" w:rsidR="00A0019D" w:rsidRDefault="00000000">
      <w:pPr>
        <w:pStyle w:val="Listepuces"/>
      </w:pPr>
      <w:proofErr w:type="spellStart"/>
      <w:r>
        <w:t>Mélanger</w:t>
      </w:r>
      <w:proofErr w:type="spellEnd"/>
      <w:r>
        <w:t xml:space="preserve"> </w:t>
      </w:r>
      <w:r w:rsidR="001F5899">
        <w:t xml:space="preserve">45g </w:t>
      </w:r>
      <w:proofErr w:type="spellStart"/>
      <w:r w:rsidR="001F5899">
        <w:t>d’</w:t>
      </w:r>
      <w:r>
        <w:t>eau</w:t>
      </w:r>
      <w:proofErr w:type="spellEnd"/>
      <w:r>
        <w:t xml:space="preserve">, la </w:t>
      </w:r>
      <w:proofErr w:type="spellStart"/>
      <w:r>
        <w:t>levure</w:t>
      </w:r>
      <w:proofErr w:type="spellEnd"/>
      <w:r>
        <w:t xml:space="preserve"> et le sucre.</w:t>
      </w:r>
    </w:p>
    <w:p w14:paraId="4DEAB914" w14:textId="77777777" w:rsidR="00A0019D" w:rsidRDefault="00000000">
      <w:pPr>
        <w:pStyle w:val="Listepuces"/>
      </w:pPr>
      <w:r>
        <w:t>Ajouter le jaune d’œuf.</w:t>
      </w:r>
    </w:p>
    <w:p w14:paraId="40CB1DD7" w14:textId="77777777" w:rsidR="00A0019D" w:rsidRDefault="00000000">
      <w:pPr>
        <w:pStyle w:val="Listepuces"/>
      </w:pPr>
      <w:r>
        <w:t>Ajouter la farine.</w:t>
      </w:r>
    </w:p>
    <w:p w14:paraId="4B449852" w14:textId="77777777" w:rsidR="00A0019D" w:rsidRDefault="00000000">
      <w:pPr>
        <w:pStyle w:val="Titre3"/>
      </w:pPr>
      <w:r>
        <w:t>ÉTAPE 1.2 – Pétrissage</w:t>
      </w:r>
    </w:p>
    <w:p w14:paraId="21946C1D" w14:textId="77777777" w:rsidR="00A0019D" w:rsidRDefault="00000000">
      <w:pPr>
        <w:pStyle w:val="Listepuces"/>
      </w:pPr>
      <w:r>
        <w:t>Pétrir V1 – 3 à 4 minutes jusqu’à une pâte homogène, plutôt ferme.</w:t>
      </w:r>
    </w:p>
    <w:p w14:paraId="560464B5" w14:textId="77777777" w:rsidR="00A0019D" w:rsidRDefault="00000000">
      <w:pPr>
        <w:pStyle w:val="Titre3"/>
      </w:pPr>
      <w:r>
        <w:t>ÉTAPE 1.3 – Boulage</w:t>
      </w:r>
    </w:p>
    <w:p w14:paraId="01985B3C" w14:textId="77777777" w:rsidR="00A0019D" w:rsidRDefault="00000000">
      <w:pPr>
        <w:pStyle w:val="Listepuces"/>
      </w:pPr>
      <w:r>
        <w:t>Former une boule régulière (surface lisse).</w:t>
      </w:r>
    </w:p>
    <w:p w14:paraId="4CF0BA5A" w14:textId="77777777" w:rsidR="00A0019D" w:rsidRDefault="00000000">
      <w:pPr>
        <w:pStyle w:val="Titre3"/>
      </w:pPr>
      <w:r>
        <w:t>ÉTAPE 1.4 – Incision en croix</w:t>
      </w:r>
    </w:p>
    <w:p w14:paraId="4A29F952" w14:textId="77777777" w:rsidR="00A0019D" w:rsidRDefault="00000000">
      <w:pPr>
        <w:pStyle w:val="Listepuces"/>
      </w:pPr>
      <w:r>
        <w:t>Réaliser une entaille en forme de croix (repère visuel de pousse).</w:t>
      </w:r>
    </w:p>
    <w:p w14:paraId="474E8FF0" w14:textId="77777777" w:rsidR="00A0019D" w:rsidRDefault="00000000">
      <w:pPr>
        <w:pStyle w:val="Titre3"/>
      </w:pPr>
      <w:r>
        <w:t>ÉTAPE 1.5 – Mise en pot</w:t>
      </w:r>
    </w:p>
    <w:p w14:paraId="2BF4B92A" w14:textId="77777777" w:rsidR="00A0019D" w:rsidRDefault="00000000">
      <w:pPr>
        <w:pStyle w:val="Listepuces"/>
      </w:pPr>
      <w:r>
        <w:t>Déposer la boule dans un pot ou bocal haut.</w:t>
      </w:r>
    </w:p>
    <w:p w14:paraId="667044F7" w14:textId="77777777" w:rsidR="00A0019D" w:rsidRDefault="00000000">
      <w:pPr>
        <w:pStyle w:val="Titre3"/>
      </w:pPr>
      <w:r>
        <w:lastRenderedPageBreak/>
        <w:t>ÉTAPE 1.6 – Couvercle / film</w:t>
      </w:r>
    </w:p>
    <w:p w14:paraId="7C12A738" w14:textId="77777777" w:rsidR="00A0019D" w:rsidRDefault="00000000">
      <w:pPr>
        <w:pStyle w:val="Listepuces"/>
      </w:pPr>
      <w:r>
        <w:t>Couvrir sans fermer hermétiquement (couvercle posé ou film percé).</w:t>
      </w:r>
    </w:p>
    <w:p w14:paraId="72A61A55" w14:textId="77777777" w:rsidR="00A0019D" w:rsidRDefault="00000000">
      <w:pPr>
        <w:pStyle w:val="Listepuces"/>
      </w:pPr>
      <w:r>
        <w:t>Le levain doit pouvoir respirer.</w:t>
      </w:r>
    </w:p>
    <w:p w14:paraId="694D2CFB" w14:textId="77777777" w:rsidR="00A0019D" w:rsidRDefault="00000000">
      <w:pPr>
        <w:pStyle w:val="Titre3"/>
      </w:pPr>
      <w:r>
        <w:t>ÉTAPE 1.7 – Température de fermentation</w:t>
      </w:r>
    </w:p>
    <w:p w14:paraId="50C38DFF" w14:textId="77777777" w:rsidR="00A0019D" w:rsidRDefault="00000000">
      <w:pPr>
        <w:pStyle w:val="Listepuces"/>
      </w:pPr>
      <w:r>
        <w:t>Fermenter à 22–26 °C.</w:t>
      </w:r>
    </w:p>
    <w:p w14:paraId="792B504B" w14:textId="77777777" w:rsidR="00A0019D" w:rsidRDefault="00000000">
      <w:pPr>
        <w:pStyle w:val="Titre3"/>
      </w:pPr>
      <w:r>
        <w:t>ÉTAPE 1.8 – Critère de maturité</w:t>
      </w:r>
    </w:p>
    <w:p w14:paraId="0DB4333A" w14:textId="77777777" w:rsidR="00A0019D" w:rsidRDefault="00000000">
      <w:pPr>
        <w:pStyle w:val="Listepuces"/>
      </w:pPr>
      <w:r>
        <w:t>Volume ×3.</w:t>
      </w:r>
    </w:p>
    <w:p w14:paraId="551DF3CA" w14:textId="77777777" w:rsidR="00A0019D" w:rsidRDefault="00000000">
      <w:pPr>
        <w:pStyle w:val="Listepuces"/>
      </w:pPr>
      <w:r>
        <w:t>Bulles fines.</w:t>
      </w:r>
    </w:p>
    <w:p w14:paraId="791E5D4D" w14:textId="77777777" w:rsidR="00A0019D" w:rsidRDefault="00000000">
      <w:pPr>
        <w:pStyle w:val="Listepuces"/>
      </w:pPr>
      <w:r>
        <w:t>Odeur douce (lactée).</w:t>
      </w:r>
    </w:p>
    <w:p w14:paraId="1CEE59C5" w14:textId="77777777" w:rsidR="00A0019D" w:rsidRDefault="00000000">
      <w:pPr>
        <w:pStyle w:val="Listepuces"/>
      </w:pPr>
      <w:r>
        <w:t>Pâte encore tenue.</w:t>
      </w:r>
    </w:p>
    <w:p w14:paraId="6EDDC09C" w14:textId="60A589EE" w:rsidR="00776DFE" w:rsidRDefault="00776DFE" w:rsidP="00776DFE">
      <w:pPr>
        <w:pStyle w:val="Listepuces"/>
        <w:numPr>
          <w:ilvl w:val="0"/>
          <w:numId w:val="0"/>
        </w:numPr>
        <w:ind w:left="360" w:hanging="360"/>
      </w:pPr>
      <w:r>
        <w:t>----------------------------------------------------------------------------------------------------------------------------------------------------</w:t>
      </w:r>
    </w:p>
    <w:p w14:paraId="7EF6ABB6" w14:textId="6F4EA29C" w:rsidR="00A0019D" w:rsidRPr="007E4387" w:rsidRDefault="00000000">
      <w:pPr>
        <w:pStyle w:val="Titre2"/>
        <w:rPr>
          <w:sz w:val="32"/>
          <w:szCs w:val="32"/>
        </w:rPr>
      </w:pPr>
      <w:r w:rsidRPr="007E4387">
        <w:rPr>
          <w:sz w:val="32"/>
          <w:szCs w:val="32"/>
        </w:rPr>
        <w:t>Étape 2 – Première pâte: construction du réseau</w:t>
      </w:r>
    </w:p>
    <w:p w14:paraId="58265A74" w14:textId="77777777" w:rsidR="00A0019D" w:rsidRDefault="00000000">
      <w:r>
        <w:t>Cette phase permet de bâtir un réseau solide capable de supporter l’incorporation des œufs et du beurre.</w:t>
      </w:r>
    </w:p>
    <w:p w14:paraId="5268FF5D" w14:textId="77777777" w:rsidR="00A0019D" w:rsidRDefault="00000000">
      <w:pPr>
        <w:pStyle w:val="Titre3"/>
      </w:pPr>
      <w:r>
        <w:t>ÉTAPE 2.1 – Détente du levain et mise en masse</w:t>
      </w:r>
    </w:p>
    <w:p w14:paraId="211969DB" w14:textId="77777777" w:rsidR="00A0019D" w:rsidRDefault="00000000">
      <w:pPr>
        <w:pStyle w:val="Listepuces"/>
      </w:pPr>
      <w:r>
        <w:t>Mettre le levain dans la cuve.</w:t>
      </w:r>
    </w:p>
    <w:p w14:paraId="66FEAC94" w14:textId="40042BCB" w:rsidR="00A0019D" w:rsidRDefault="00000000">
      <w:pPr>
        <w:pStyle w:val="Listepuces"/>
      </w:pPr>
      <w:proofErr w:type="spellStart"/>
      <w:r>
        <w:t>Ajouter</w:t>
      </w:r>
      <w:proofErr w:type="spellEnd"/>
      <w:r>
        <w:t xml:space="preserve"> </w:t>
      </w:r>
      <w:r w:rsidR="001F5899">
        <w:t xml:space="preserve">35g </w:t>
      </w:r>
      <w:proofErr w:type="spellStart"/>
      <w:r w:rsidR="001F5899">
        <w:t>d’</w:t>
      </w:r>
      <w:r>
        <w:t>eau</w:t>
      </w:r>
      <w:proofErr w:type="spellEnd"/>
      <w:r>
        <w:t xml:space="preserve"> de </w:t>
      </w:r>
      <w:proofErr w:type="spellStart"/>
      <w:r>
        <w:t>l’étape</w:t>
      </w:r>
      <w:proofErr w:type="spellEnd"/>
      <w:r>
        <w:t xml:space="preserve"> 2 </w:t>
      </w:r>
    </w:p>
    <w:p w14:paraId="770867E6" w14:textId="079A3E02" w:rsidR="00DF3D0C" w:rsidRDefault="00000000" w:rsidP="00DF3D0C">
      <w:pPr>
        <w:pStyle w:val="Listepuces"/>
      </w:pPr>
      <w:proofErr w:type="spellStart"/>
      <w:r>
        <w:t>Mélanger</w:t>
      </w:r>
      <w:proofErr w:type="spellEnd"/>
      <w:r>
        <w:t xml:space="preserve"> </w:t>
      </w:r>
      <w:r w:rsidR="00831C2B">
        <w:t>2</w:t>
      </w:r>
      <w:r>
        <w:t xml:space="preserve"> minutes </w:t>
      </w:r>
      <w:proofErr w:type="spellStart"/>
      <w:r>
        <w:t>en</w:t>
      </w:r>
      <w:proofErr w:type="spellEnd"/>
      <w:r>
        <w:t xml:space="preserve"> V1 </w:t>
      </w:r>
    </w:p>
    <w:p w14:paraId="6661C339" w14:textId="4D50928F" w:rsidR="00A0019D" w:rsidRDefault="00000000">
      <w:pPr>
        <w:pStyle w:val="Titre3"/>
      </w:pPr>
      <w:r>
        <w:t>ÉTAPE 2.2 – Incorporation d</w:t>
      </w:r>
      <w:r w:rsidR="00831C2B">
        <w:t xml:space="preserve">es </w:t>
      </w:r>
      <w:proofErr w:type="spellStart"/>
      <w:r w:rsidR="00831C2B">
        <w:t>produits</w:t>
      </w:r>
      <w:proofErr w:type="spellEnd"/>
      <w:r w:rsidR="00831C2B">
        <w:t xml:space="preserve"> secs</w:t>
      </w:r>
    </w:p>
    <w:p w14:paraId="4F8B3CAB" w14:textId="5C8F0E7B" w:rsidR="00A0019D" w:rsidRDefault="00000000">
      <w:pPr>
        <w:pStyle w:val="Listepuces"/>
      </w:pPr>
      <w:r>
        <w:t>Ajouter le sucre</w:t>
      </w:r>
      <w:r w:rsidR="00831C2B">
        <w:t xml:space="preserve"> et la </w:t>
      </w:r>
      <w:proofErr w:type="spellStart"/>
      <w:r w:rsidR="00831C2B">
        <w:t>farine</w:t>
      </w:r>
      <w:proofErr w:type="spellEnd"/>
    </w:p>
    <w:p w14:paraId="2BA35998" w14:textId="77777777" w:rsidR="00A0019D" w:rsidRDefault="00000000">
      <w:pPr>
        <w:pStyle w:val="Listepuces"/>
      </w:pPr>
      <w:r>
        <w:t>Mélanger V1 – 3 minutes.</w:t>
      </w:r>
    </w:p>
    <w:p w14:paraId="34B0DE28" w14:textId="77777777" w:rsidR="00A0019D" w:rsidRDefault="00000000">
      <w:pPr>
        <w:pStyle w:val="Titre3"/>
      </w:pPr>
      <w:r>
        <w:t>ÉTAPE 2.3 – Début de construction du réseau</w:t>
      </w:r>
    </w:p>
    <w:p w14:paraId="00477861" w14:textId="77777777" w:rsidR="00A0019D" w:rsidRDefault="00000000">
      <w:pPr>
        <w:pStyle w:val="Listepuces"/>
      </w:pPr>
      <w:r>
        <w:t>Mélanger V2 – 5 minutes.</w:t>
      </w:r>
    </w:p>
    <w:p w14:paraId="50E1DE87" w14:textId="77777777" w:rsidR="00A0019D" w:rsidRDefault="00000000">
      <w:pPr>
        <w:pStyle w:val="Titre3"/>
      </w:pPr>
      <w:r>
        <w:t>ÉTAPE 2.4 – Ajout des œufs</w:t>
      </w:r>
    </w:p>
    <w:p w14:paraId="0422D137" w14:textId="77777777" w:rsidR="00A0019D" w:rsidRDefault="00000000">
      <w:pPr>
        <w:pStyle w:val="Listepuces"/>
      </w:pPr>
      <w:r>
        <w:t>Ajouter l’œuf entier et les jaunes en 2 fois.</w:t>
      </w:r>
    </w:p>
    <w:p w14:paraId="46C0E99F" w14:textId="77777777" w:rsidR="00A0019D" w:rsidRDefault="00000000">
      <w:pPr>
        <w:pStyle w:val="Listepuces"/>
      </w:pPr>
      <w:r>
        <w:t>Après chaque ajout : V2 – 2 minutes.</w:t>
      </w:r>
    </w:p>
    <w:p w14:paraId="71CF4CE7" w14:textId="77777777" w:rsidR="00A0019D" w:rsidRDefault="00000000">
      <w:pPr>
        <w:pStyle w:val="Titre3"/>
      </w:pPr>
      <w:r>
        <w:t>ÉTAPE 2.5 – Incorporation du beurre</w:t>
      </w:r>
    </w:p>
    <w:p w14:paraId="38C63972" w14:textId="77777777" w:rsidR="00A0019D" w:rsidRDefault="00000000">
      <w:pPr>
        <w:pStyle w:val="Listepuces"/>
      </w:pPr>
      <w:r>
        <w:t>Ajouter le beurre morceau par morceau (5 à 6 ajouts).</w:t>
      </w:r>
    </w:p>
    <w:p w14:paraId="2796AA40" w14:textId="77777777" w:rsidR="00A0019D" w:rsidRDefault="00000000">
      <w:pPr>
        <w:pStyle w:val="Listepuces"/>
      </w:pPr>
      <w:r>
        <w:t>V2 – 6 minutes pendant l’ajout, puis V3 – 2 minutes.</w:t>
      </w:r>
    </w:p>
    <w:p w14:paraId="5A0E18F0" w14:textId="77777777" w:rsidR="00A0019D" w:rsidRDefault="00000000">
      <w:pPr>
        <w:pStyle w:val="Titre3"/>
      </w:pPr>
      <w:r>
        <w:t>ÉTAPE 2.6 – Fermentation</w:t>
      </w:r>
    </w:p>
    <w:p w14:paraId="69DF9829" w14:textId="77777777" w:rsidR="00A0019D" w:rsidRDefault="00000000">
      <w:pPr>
        <w:pStyle w:val="Listepuces"/>
      </w:pPr>
      <w:r>
        <w:t>Fermenter à 26–28 °C jusqu’à volume ×3 (≈ 3–4 h).</w:t>
      </w:r>
    </w:p>
    <w:p w14:paraId="41DD4917" w14:textId="77777777" w:rsidR="00A0019D" w:rsidRDefault="00000000">
      <w:pPr>
        <w:pStyle w:val="Titre3"/>
      </w:pPr>
      <w:r>
        <w:t>ÉTAPE 2.7 – Repos au froid</w:t>
      </w:r>
    </w:p>
    <w:p w14:paraId="6149DC48" w14:textId="77777777" w:rsidR="00A0019D" w:rsidRDefault="00000000">
      <w:pPr>
        <w:pStyle w:val="Listepuces"/>
      </w:pPr>
      <w:r>
        <w:t>Dégazer très légèrement (1 pli simple).</w:t>
      </w:r>
    </w:p>
    <w:p w14:paraId="6994A9B2" w14:textId="77777777" w:rsidR="00A0019D" w:rsidRDefault="00000000">
      <w:pPr>
        <w:pStyle w:val="Listepuces"/>
      </w:pPr>
      <w:r>
        <w:t>Bouler sans serrer.</w:t>
      </w:r>
    </w:p>
    <w:p w14:paraId="073EEEF4" w14:textId="77777777" w:rsidR="00A0019D" w:rsidRDefault="00000000">
      <w:pPr>
        <w:pStyle w:val="Listepuces"/>
      </w:pPr>
      <w:r>
        <w:t>Filmer et réfrigérer 16–18 h à 4 °C.</w:t>
      </w:r>
    </w:p>
    <w:p w14:paraId="149ED37D" w14:textId="77777777" w:rsidR="007E4387" w:rsidRDefault="007E4387" w:rsidP="007E4387">
      <w:pPr>
        <w:pStyle w:val="Listepuces"/>
        <w:numPr>
          <w:ilvl w:val="0"/>
          <w:numId w:val="0"/>
        </w:numPr>
        <w:ind w:left="360" w:hanging="360"/>
      </w:pPr>
    </w:p>
    <w:p w14:paraId="7E406474" w14:textId="49A94D0C" w:rsidR="007E4387" w:rsidRDefault="007E4387" w:rsidP="007E4387">
      <w:pPr>
        <w:pStyle w:val="Listepuces"/>
        <w:numPr>
          <w:ilvl w:val="0"/>
          <w:numId w:val="0"/>
        </w:numPr>
        <w:ind w:left="360" w:hanging="360"/>
      </w:pPr>
    </w:p>
    <w:p w14:paraId="3E5FBC4D" w14:textId="77777777" w:rsidR="007E4387" w:rsidRDefault="007E4387" w:rsidP="007E4387">
      <w:pPr>
        <w:pStyle w:val="Listepuces"/>
        <w:numPr>
          <w:ilvl w:val="0"/>
          <w:numId w:val="0"/>
        </w:numPr>
        <w:ind w:left="360" w:hanging="360"/>
      </w:pPr>
    </w:p>
    <w:p w14:paraId="7988D492" w14:textId="77777777" w:rsidR="007E4387" w:rsidRDefault="007E4387" w:rsidP="007E4387">
      <w:pPr>
        <w:pStyle w:val="Listepuces"/>
        <w:numPr>
          <w:ilvl w:val="0"/>
          <w:numId w:val="0"/>
        </w:numPr>
        <w:ind w:left="360" w:hanging="360"/>
      </w:pPr>
    </w:p>
    <w:p w14:paraId="6210A1DD" w14:textId="77777777" w:rsidR="00776DFE" w:rsidRDefault="00776DFE" w:rsidP="007E4387">
      <w:pPr>
        <w:pStyle w:val="Listepuces"/>
        <w:numPr>
          <w:ilvl w:val="0"/>
          <w:numId w:val="0"/>
        </w:numPr>
        <w:ind w:left="360" w:hanging="360"/>
      </w:pPr>
    </w:p>
    <w:p w14:paraId="1461BF97" w14:textId="1BF07FA2" w:rsidR="00A0019D" w:rsidRPr="007E4387" w:rsidRDefault="00000000">
      <w:pPr>
        <w:pStyle w:val="Titre2"/>
        <w:rPr>
          <w:sz w:val="32"/>
          <w:szCs w:val="32"/>
        </w:rPr>
      </w:pPr>
      <w:r w:rsidRPr="007E4387">
        <w:rPr>
          <w:sz w:val="32"/>
          <w:szCs w:val="32"/>
        </w:rPr>
        <w:lastRenderedPageBreak/>
        <w:t xml:space="preserve">Étape 3 – Pâte finale: richesse et </w:t>
      </w:r>
      <w:proofErr w:type="spellStart"/>
      <w:r w:rsidRPr="007E4387">
        <w:rPr>
          <w:sz w:val="32"/>
          <w:szCs w:val="32"/>
        </w:rPr>
        <w:t>mie</w:t>
      </w:r>
      <w:proofErr w:type="spellEnd"/>
      <w:r w:rsidRPr="007E4387">
        <w:rPr>
          <w:sz w:val="32"/>
          <w:szCs w:val="32"/>
        </w:rPr>
        <w:t xml:space="preserve"> </w:t>
      </w:r>
      <w:proofErr w:type="spellStart"/>
      <w:r w:rsidRPr="007E4387">
        <w:rPr>
          <w:sz w:val="32"/>
          <w:szCs w:val="32"/>
        </w:rPr>
        <w:t>filante</w:t>
      </w:r>
      <w:proofErr w:type="spellEnd"/>
    </w:p>
    <w:p w14:paraId="04FFB922" w14:textId="4FE55D57" w:rsidR="00A0019D" w:rsidRDefault="00000000">
      <w:r>
        <w:t xml:space="preserve">Cette phase </w:t>
      </w:r>
      <w:proofErr w:type="spellStart"/>
      <w:r>
        <w:t>apporte</w:t>
      </w:r>
      <w:proofErr w:type="spellEnd"/>
      <w:r>
        <w:t xml:space="preserve"> la richesse finale et permet d’obtenir une pâte brillante, extensible et filante.</w:t>
      </w:r>
    </w:p>
    <w:p w14:paraId="616E0672" w14:textId="0F119025" w:rsidR="00A0019D" w:rsidRDefault="00000000">
      <w:pPr>
        <w:pStyle w:val="Titre3"/>
      </w:pPr>
      <w:r>
        <w:t>ÉTAPE 3.1 – Reconstruction du réseau</w:t>
      </w:r>
    </w:p>
    <w:p w14:paraId="54FA2CFD" w14:textId="7C651F8C" w:rsidR="00A0019D" w:rsidRDefault="00000000">
      <w:pPr>
        <w:pStyle w:val="Listepuces"/>
      </w:pPr>
      <w:proofErr w:type="spellStart"/>
      <w:r>
        <w:t>Ajouter</w:t>
      </w:r>
      <w:proofErr w:type="spellEnd"/>
      <w:r>
        <w:t xml:space="preserve"> la </w:t>
      </w:r>
      <w:proofErr w:type="spellStart"/>
      <w:r>
        <w:t>farine</w:t>
      </w:r>
      <w:proofErr w:type="spellEnd"/>
      <w:r>
        <w:t xml:space="preserve"> et </w:t>
      </w:r>
      <w:r w:rsidR="001F5899">
        <w:t xml:space="preserve">40g </w:t>
      </w:r>
      <w:proofErr w:type="spellStart"/>
      <w:r w:rsidR="001F5899">
        <w:t>d’</w:t>
      </w:r>
      <w:r>
        <w:t>eau</w:t>
      </w:r>
      <w:proofErr w:type="spellEnd"/>
      <w:r>
        <w:t xml:space="preserve"> </w:t>
      </w:r>
      <w:r w:rsidR="00ED3949">
        <w:t xml:space="preserve">et la pâte de </w:t>
      </w:r>
      <w:proofErr w:type="spellStart"/>
      <w:r w:rsidR="00ED3949">
        <w:t>l’étape</w:t>
      </w:r>
      <w:proofErr w:type="spellEnd"/>
      <w:r w:rsidR="00ED3949">
        <w:t xml:space="preserve"> 2 </w:t>
      </w:r>
      <w:proofErr w:type="spellStart"/>
      <w:r w:rsidR="00ED3949">
        <w:t>en</w:t>
      </w:r>
      <w:proofErr w:type="spellEnd"/>
      <w:r w:rsidR="00ED3949">
        <w:t xml:space="preserve"> morceau</w:t>
      </w:r>
      <w:r>
        <w:t>.</w:t>
      </w:r>
    </w:p>
    <w:p w14:paraId="1C9CBD21" w14:textId="7599AE4E" w:rsidR="00A0019D" w:rsidRDefault="00000000">
      <w:pPr>
        <w:pStyle w:val="Listepuces"/>
      </w:pPr>
      <w:proofErr w:type="spellStart"/>
      <w:r>
        <w:t>Mélanger</w:t>
      </w:r>
      <w:proofErr w:type="spellEnd"/>
      <w:r>
        <w:t xml:space="preserve"> 4 minutes </w:t>
      </w:r>
      <w:proofErr w:type="spellStart"/>
      <w:r>
        <w:t>en</w:t>
      </w:r>
      <w:proofErr w:type="spellEnd"/>
      <w:r>
        <w:t xml:space="preserve"> V1 puis 2 minutes en V2.</w:t>
      </w:r>
    </w:p>
    <w:p w14:paraId="44105EF3" w14:textId="5F33570D" w:rsidR="00A0019D" w:rsidRDefault="00000000">
      <w:pPr>
        <w:pStyle w:val="Titre3"/>
      </w:pPr>
      <w:r>
        <w:t xml:space="preserve">ÉTAPE 3.2 – </w:t>
      </w:r>
      <w:proofErr w:type="spellStart"/>
      <w:r>
        <w:t>Ajout</w:t>
      </w:r>
      <w:proofErr w:type="spellEnd"/>
      <w:r>
        <w:t xml:space="preserve"> des jaunes</w:t>
      </w:r>
    </w:p>
    <w:p w14:paraId="43176073" w14:textId="2EBB3262" w:rsidR="00A0019D" w:rsidRDefault="00000000">
      <w:pPr>
        <w:pStyle w:val="Listepuces"/>
      </w:pPr>
      <w:proofErr w:type="spellStart"/>
      <w:r>
        <w:t>Ajouter</w:t>
      </w:r>
      <w:proofErr w:type="spellEnd"/>
      <w:r>
        <w:t xml:space="preserve"> les jaunes </w:t>
      </w:r>
      <w:proofErr w:type="spellStart"/>
      <w:r>
        <w:t>en</w:t>
      </w:r>
      <w:proofErr w:type="spellEnd"/>
      <w:r>
        <w:t xml:space="preserve"> 3 fois.</w:t>
      </w:r>
    </w:p>
    <w:p w14:paraId="72DC0340" w14:textId="33955926" w:rsidR="00A0019D" w:rsidRDefault="00000000">
      <w:pPr>
        <w:pStyle w:val="Listepuces"/>
      </w:pPr>
      <w:r>
        <w:t xml:space="preserve">Après </w:t>
      </w:r>
      <w:proofErr w:type="spellStart"/>
      <w:r>
        <w:t>chaque</w:t>
      </w:r>
      <w:proofErr w:type="spellEnd"/>
      <w:r>
        <w:t xml:space="preserve"> </w:t>
      </w:r>
      <w:proofErr w:type="spellStart"/>
      <w:proofErr w:type="gramStart"/>
      <w:r>
        <w:t>ajout</w:t>
      </w:r>
      <w:proofErr w:type="spellEnd"/>
      <w:r>
        <w:t xml:space="preserve"> :</w:t>
      </w:r>
      <w:proofErr w:type="gramEnd"/>
      <w:r>
        <w:t xml:space="preserve"> V2 – 2 minutes (≈ 6 minutes au total).</w:t>
      </w:r>
    </w:p>
    <w:p w14:paraId="7D75A888" w14:textId="27C8E0D2" w:rsidR="00A0019D" w:rsidRDefault="00000000">
      <w:pPr>
        <w:pStyle w:val="Titre3"/>
      </w:pPr>
      <w:r>
        <w:t xml:space="preserve">ÉTAPE 3.3 – </w:t>
      </w:r>
      <w:proofErr w:type="spellStart"/>
      <w:r>
        <w:t>Ajout</w:t>
      </w:r>
      <w:proofErr w:type="spellEnd"/>
      <w:r>
        <w:t xml:space="preserve"> de la vanille</w:t>
      </w:r>
    </w:p>
    <w:p w14:paraId="25CF5408" w14:textId="528A2647" w:rsidR="00A0019D" w:rsidRDefault="00000000">
      <w:pPr>
        <w:pStyle w:val="Listepuces"/>
      </w:pPr>
      <w:proofErr w:type="spellStart"/>
      <w:r>
        <w:t>Ajouter</w:t>
      </w:r>
      <w:proofErr w:type="spellEnd"/>
      <w:r>
        <w:t xml:space="preserve"> la </w:t>
      </w:r>
      <w:proofErr w:type="spellStart"/>
      <w:r>
        <w:t>vanille</w:t>
      </w:r>
      <w:proofErr w:type="spellEnd"/>
      <w:r>
        <w:t>.</w:t>
      </w:r>
    </w:p>
    <w:p w14:paraId="1DD77CAB" w14:textId="77777777" w:rsidR="00A0019D" w:rsidRDefault="00000000">
      <w:pPr>
        <w:pStyle w:val="Titre3"/>
      </w:pPr>
      <w:r>
        <w:t>ÉTAPE 3.4 – Ajout du sucre</w:t>
      </w:r>
    </w:p>
    <w:p w14:paraId="6ED663B7" w14:textId="59D89050" w:rsidR="00A0019D" w:rsidRDefault="00000000">
      <w:pPr>
        <w:pStyle w:val="Listepuces"/>
      </w:pPr>
      <w:proofErr w:type="spellStart"/>
      <w:r>
        <w:t>Ajouter</w:t>
      </w:r>
      <w:proofErr w:type="spellEnd"/>
      <w:r>
        <w:t xml:space="preserve"> </w:t>
      </w:r>
      <w:proofErr w:type="spellStart"/>
      <w:r>
        <w:t>progressivement</w:t>
      </w:r>
      <w:proofErr w:type="spellEnd"/>
      <w:r>
        <w:t>.</w:t>
      </w:r>
    </w:p>
    <w:p w14:paraId="31BC5B24" w14:textId="77777777" w:rsidR="00A0019D" w:rsidRDefault="00000000">
      <w:pPr>
        <w:pStyle w:val="Listepuces"/>
      </w:pPr>
      <w:r>
        <w:t>Mélanger V2 – 5 minutes.</w:t>
      </w:r>
    </w:p>
    <w:p w14:paraId="22015111" w14:textId="2CFF750A" w:rsidR="00A0019D" w:rsidRDefault="00000000">
      <w:pPr>
        <w:pStyle w:val="Titre3"/>
      </w:pPr>
      <w:r>
        <w:t xml:space="preserve">ÉTAPE 3.5 – </w:t>
      </w:r>
      <w:proofErr w:type="spellStart"/>
      <w:r>
        <w:t>Ajout</w:t>
      </w:r>
      <w:proofErr w:type="spellEnd"/>
      <w:r>
        <w:t xml:space="preserve"> du beurre</w:t>
      </w:r>
    </w:p>
    <w:p w14:paraId="278FBC9D" w14:textId="0A5B5BFF" w:rsidR="00A0019D" w:rsidRDefault="00000000">
      <w:pPr>
        <w:pStyle w:val="Listepuces"/>
      </w:pPr>
      <w:proofErr w:type="spellStart"/>
      <w:r>
        <w:t>Ajouter</w:t>
      </w:r>
      <w:proofErr w:type="spellEnd"/>
      <w:r>
        <w:t xml:space="preserve"> le beurre morceau par morceau pendant 8 minutes.</w:t>
      </w:r>
    </w:p>
    <w:p w14:paraId="504398CB" w14:textId="252FDE2A" w:rsidR="00A0019D" w:rsidRDefault="00000000">
      <w:pPr>
        <w:pStyle w:val="Listepuces"/>
      </w:pPr>
      <w:proofErr w:type="spellStart"/>
      <w:r>
        <w:t>Mélanger</w:t>
      </w:r>
      <w:proofErr w:type="spellEnd"/>
      <w:r>
        <w:t xml:space="preserve"> V2 – 8 minutes jusqu’à pâte brillante et très filante.</w:t>
      </w:r>
    </w:p>
    <w:p w14:paraId="4C4981B5" w14:textId="1FC341A0" w:rsidR="00A0019D" w:rsidRDefault="00000000">
      <w:pPr>
        <w:pStyle w:val="Titre3"/>
      </w:pPr>
      <w:r>
        <w:t xml:space="preserve">ÉTAPE 3.6 – </w:t>
      </w:r>
      <w:proofErr w:type="spellStart"/>
      <w:r>
        <w:t>Ajout</w:t>
      </w:r>
      <w:proofErr w:type="spellEnd"/>
      <w:r>
        <w:t xml:space="preserve"> du sel</w:t>
      </w:r>
    </w:p>
    <w:p w14:paraId="3B01CE0D" w14:textId="4F56FAF3" w:rsidR="00A0019D" w:rsidRDefault="00000000">
      <w:pPr>
        <w:pStyle w:val="Listepuces"/>
      </w:pPr>
      <w:proofErr w:type="spellStart"/>
      <w:r>
        <w:t>Mélanger</w:t>
      </w:r>
      <w:proofErr w:type="spellEnd"/>
      <w:r>
        <w:t xml:space="preserve"> V2 – 2 minutes.</w:t>
      </w:r>
    </w:p>
    <w:p w14:paraId="4F4AA5A2" w14:textId="4E976E00" w:rsidR="00A0019D" w:rsidRDefault="00000000">
      <w:pPr>
        <w:pStyle w:val="Titre3"/>
      </w:pPr>
      <w:r>
        <w:t>ÉTAPE 3.7 – Repos et façonnage</w:t>
      </w:r>
    </w:p>
    <w:p w14:paraId="7DC11AAE" w14:textId="56D8FC7F" w:rsidR="00A0019D" w:rsidRDefault="00000000">
      <w:pPr>
        <w:pStyle w:val="Listepuces"/>
      </w:pPr>
      <w:r>
        <w:t>Repos 30 minutes.</w:t>
      </w:r>
    </w:p>
    <w:p w14:paraId="74297573" w14:textId="2EE4891B" w:rsidR="00A0019D" w:rsidRDefault="00000000">
      <w:pPr>
        <w:pStyle w:val="Listepuces"/>
      </w:pPr>
      <w:r>
        <w:t xml:space="preserve">Bouler </w:t>
      </w:r>
      <w:proofErr w:type="spellStart"/>
      <w:r>
        <w:t>serré</w:t>
      </w:r>
      <w:proofErr w:type="spellEnd"/>
      <w:r>
        <w:t>.</w:t>
      </w:r>
    </w:p>
    <w:p w14:paraId="758BC0DF" w14:textId="77777777" w:rsidR="00A0019D" w:rsidRDefault="00000000">
      <w:pPr>
        <w:pStyle w:val="Listepuces"/>
      </w:pPr>
      <w:r>
        <w:t>Mise en moule (700 g).</w:t>
      </w:r>
    </w:p>
    <w:p w14:paraId="0D733435" w14:textId="02F940AD" w:rsidR="00A0019D" w:rsidRDefault="00131212">
      <w:pPr>
        <w:pStyle w:val="Titre3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FF95FD3" wp14:editId="0E05061B">
            <wp:simplePos x="0" y="0"/>
            <wp:positionH relativeFrom="margin">
              <wp:posOffset>3933825</wp:posOffset>
            </wp:positionH>
            <wp:positionV relativeFrom="paragraph">
              <wp:posOffset>85107</wp:posOffset>
            </wp:positionV>
            <wp:extent cx="2885609" cy="3503913"/>
            <wp:effectExtent l="0" t="0" r="0" b="1905"/>
            <wp:wrapNone/>
            <wp:docPr id="1861805977" name="Image 2" descr="Une image contenant Visage humain, jouet, verres, person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805977" name="Image 2" descr="Une image contenant Visage humain, jouet, verres, personne&#10;&#10;Le contenu généré par l’IA peut êtr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7934" cy="3506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t xml:space="preserve">ÉTAPE 3.8 – </w:t>
      </w:r>
      <w:proofErr w:type="spellStart"/>
      <w:r w:rsidR="00000000">
        <w:t>Apprêt</w:t>
      </w:r>
      <w:proofErr w:type="spellEnd"/>
    </w:p>
    <w:p w14:paraId="17A69F36" w14:textId="2BCC3B88" w:rsidR="00A0019D" w:rsidRDefault="00000000">
      <w:pPr>
        <w:pStyle w:val="Listepuces"/>
      </w:pPr>
      <w:r>
        <w:t>Lever à 28–30 °C jusqu’à 1–2 cm du bord.</w:t>
      </w:r>
    </w:p>
    <w:p w14:paraId="6E3698CE" w14:textId="74329C95" w:rsidR="00A0019D" w:rsidRDefault="00000000">
      <w:pPr>
        <w:pStyle w:val="Titre3"/>
      </w:pPr>
      <w:r>
        <w:t xml:space="preserve">ÉTAPE 3.9 – </w:t>
      </w:r>
      <w:proofErr w:type="spellStart"/>
      <w:r>
        <w:t>Cuisson</w:t>
      </w:r>
      <w:proofErr w:type="spellEnd"/>
    </w:p>
    <w:p w14:paraId="3F910DE6" w14:textId="1C510E7E" w:rsidR="00A0019D" w:rsidRDefault="00000000">
      <w:pPr>
        <w:pStyle w:val="Listepuces"/>
      </w:pPr>
      <w:r>
        <w:t>Cuire à 160 °C statique.</w:t>
      </w:r>
    </w:p>
    <w:p w14:paraId="3ACEFC28" w14:textId="5687C6AE" w:rsidR="00A0019D" w:rsidRDefault="00000000">
      <w:pPr>
        <w:pStyle w:val="Listepuces"/>
      </w:pPr>
      <w:r>
        <w:t>50–60 minutes.</w:t>
      </w:r>
    </w:p>
    <w:p w14:paraId="31AC6EF0" w14:textId="05091E18" w:rsidR="00A0019D" w:rsidRDefault="00000000">
      <w:pPr>
        <w:pStyle w:val="Listepuces"/>
      </w:pPr>
      <w:proofErr w:type="spellStart"/>
      <w:r>
        <w:t>Température</w:t>
      </w:r>
      <w:proofErr w:type="spellEnd"/>
      <w:r>
        <w:t xml:space="preserve"> à </w:t>
      </w:r>
      <w:proofErr w:type="spellStart"/>
      <w:proofErr w:type="gramStart"/>
      <w:r>
        <w:t>cœur</w:t>
      </w:r>
      <w:proofErr w:type="spellEnd"/>
      <w:r>
        <w:t xml:space="preserve"> :</w:t>
      </w:r>
      <w:proofErr w:type="gramEnd"/>
      <w:r>
        <w:t xml:space="preserve"> 94–95 °C.</w:t>
      </w:r>
    </w:p>
    <w:p w14:paraId="73EC5922" w14:textId="08D94D42" w:rsidR="007E4387" w:rsidRDefault="007E4387" w:rsidP="007E4387">
      <w:pPr>
        <w:pStyle w:val="Listepuces"/>
        <w:numPr>
          <w:ilvl w:val="0"/>
          <w:numId w:val="0"/>
        </w:numPr>
        <w:ind w:left="360" w:hanging="360"/>
      </w:pPr>
    </w:p>
    <w:p w14:paraId="54B6C7D4" w14:textId="28050A15" w:rsidR="00131212" w:rsidRDefault="00131212" w:rsidP="00131212">
      <w:pPr>
        <w:pStyle w:val="Listepuces"/>
        <w:numPr>
          <w:ilvl w:val="0"/>
          <w:numId w:val="0"/>
        </w:numPr>
      </w:pPr>
    </w:p>
    <w:p w14:paraId="4BB83A24" w14:textId="77777777" w:rsidR="00131212" w:rsidRDefault="00131212" w:rsidP="00131212">
      <w:pPr>
        <w:pStyle w:val="Listepuces"/>
        <w:numPr>
          <w:ilvl w:val="0"/>
          <w:numId w:val="0"/>
        </w:numPr>
      </w:pPr>
    </w:p>
    <w:p w14:paraId="613D0765" w14:textId="77777777" w:rsidR="00131212" w:rsidRDefault="00131212" w:rsidP="00131212">
      <w:pPr>
        <w:pStyle w:val="Listepuces"/>
        <w:numPr>
          <w:ilvl w:val="0"/>
          <w:numId w:val="0"/>
        </w:numPr>
      </w:pPr>
    </w:p>
    <w:p w14:paraId="410A818E" w14:textId="77777777" w:rsidR="00131212" w:rsidRDefault="00131212" w:rsidP="00131212">
      <w:pPr>
        <w:pStyle w:val="Listepuces"/>
        <w:numPr>
          <w:ilvl w:val="0"/>
          <w:numId w:val="0"/>
        </w:numPr>
      </w:pPr>
    </w:p>
    <w:p w14:paraId="17477FE5" w14:textId="77777777" w:rsidR="00131212" w:rsidRDefault="00131212" w:rsidP="00131212">
      <w:pPr>
        <w:pStyle w:val="Listepuces"/>
        <w:numPr>
          <w:ilvl w:val="0"/>
          <w:numId w:val="0"/>
        </w:numPr>
      </w:pPr>
    </w:p>
    <w:p w14:paraId="49593E88" w14:textId="3A41868E" w:rsidR="00131212" w:rsidRPr="00131212" w:rsidRDefault="00131212" w:rsidP="00131212">
      <w:pPr>
        <w:pStyle w:val="Listepuces"/>
        <w:numPr>
          <w:ilvl w:val="0"/>
          <w:numId w:val="0"/>
        </w:numPr>
        <w:rPr>
          <w:sz w:val="36"/>
          <w:szCs w:val="36"/>
        </w:rPr>
      </w:pPr>
      <w:r w:rsidRPr="00131212">
        <w:rPr>
          <w:sz w:val="36"/>
          <w:szCs w:val="36"/>
        </w:rPr>
        <w:t>La Briocherie de Pascal</w:t>
      </w:r>
    </w:p>
    <w:sectPr w:rsidR="00131212" w:rsidRPr="00131212" w:rsidSect="007E43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898898">
    <w:abstractNumId w:val="8"/>
  </w:num>
  <w:num w:numId="2" w16cid:durableId="1719548294">
    <w:abstractNumId w:val="6"/>
  </w:num>
  <w:num w:numId="3" w16cid:durableId="1837843984">
    <w:abstractNumId w:val="5"/>
  </w:num>
  <w:num w:numId="4" w16cid:durableId="1987469652">
    <w:abstractNumId w:val="4"/>
  </w:num>
  <w:num w:numId="5" w16cid:durableId="1638955658">
    <w:abstractNumId w:val="7"/>
  </w:num>
  <w:num w:numId="6" w16cid:durableId="2072608562">
    <w:abstractNumId w:val="3"/>
  </w:num>
  <w:num w:numId="7" w16cid:durableId="89204993">
    <w:abstractNumId w:val="2"/>
  </w:num>
  <w:num w:numId="8" w16cid:durableId="66461155">
    <w:abstractNumId w:val="1"/>
  </w:num>
  <w:num w:numId="9" w16cid:durableId="2070837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BEF"/>
    <w:rsid w:val="00034616"/>
    <w:rsid w:val="0006063C"/>
    <w:rsid w:val="00131212"/>
    <w:rsid w:val="0015074B"/>
    <w:rsid w:val="001F5899"/>
    <w:rsid w:val="0029639D"/>
    <w:rsid w:val="002D27E0"/>
    <w:rsid w:val="00326F90"/>
    <w:rsid w:val="003F6999"/>
    <w:rsid w:val="006375FC"/>
    <w:rsid w:val="00776DFE"/>
    <w:rsid w:val="007E4387"/>
    <w:rsid w:val="008315C5"/>
    <w:rsid w:val="00831C2B"/>
    <w:rsid w:val="008774C3"/>
    <w:rsid w:val="008916FB"/>
    <w:rsid w:val="00A0019D"/>
    <w:rsid w:val="00AA1D8D"/>
    <w:rsid w:val="00B47730"/>
    <w:rsid w:val="00B9109C"/>
    <w:rsid w:val="00BD22D3"/>
    <w:rsid w:val="00BE2195"/>
    <w:rsid w:val="00C43F3F"/>
    <w:rsid w:val="00CB0664"/>
    <w:rsid w:val="00D02623"/>
    <w:rsid w:val="00DA58F4"/>
    <w:rsid w:val="00DF3D0C"/>
    <w:rsid w:val="00EA4D2F"/>
    <w:rsid w:val="00ED3949"/>
    <w:rsid w:val="00FC693F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B1849"/>
  <w14:defaultImageDpi w14:val="300"/>
  <w15:docId w15:val="{92EFD6FC-7A81-49FB-8FAE-E8BD0633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597</Words>
  <Characters>3020</Characters>
  <Application>Microsoft Office Word</Application>
  <DocSecurity>0</DocSecurity>
  <Lines>158</Lines>
  <Paragraphs>144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Pascal HARTHONG</cp:lastModifiedBy>
  <cp:revision>4</cp:revision>
  <cp:lastPrinted>2025-12-31T12:52:00Z</cp:lastPrinted>
  <dcterms:created xsi:type="dcterms:W3CDTF">2026-01-01T13:01:00Z</dcterms:created>
  <dcterms:modified xsi:type="dcterms:W3CDTF">2026-01-03T10:26:00Z</dcterms:modified>
  <cp:category/>
</cp:coreProperties>
</file>